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8"/>
        </w:rPr>
        <w:t>[Your Name]</w:t>
      </w:r>
    </w:p>
    <w:p>
      <w:pPr>
        <w:jc w:val="center"/>
      </w:pPr>
      <w:r>
        <w:rPr>
          <w:sz w:val="20"/>
        </w:rPr>
        <w:t>[Your Phone Number] | [Your Email Address] | [Your City, State]</w:t>
      </w:r>
    </w:p>
    <w:p/>
    <w:p>
      <w:pPr>
        <w:pStyle w:val="Heading2"/>
      </w:pPr>
      <w:r>
        <w:t>PROFESSIONAL SUMMARY</w:t>
      </w:r>
    </w:p>
    <w:p>
      <w:r>
        <w:t>A brief, 2-3 sentence summary of your skills, experience, and career goals. Tailor this to the job you are applying for.</w:t>
        <w:br/>
        <w:br/>
        <w:t>Example: Highly motivated and customer-focused retail professional with 3+ years of experience in fast-paced environments. Proven ability to drive sales, manage inventory, and provide exceptional customer service. Seeking to leverage my skills to contribute to the team at [Company Name].</w:t>
      </w:r>
    </w:p>
    <w:p>
      <w:pPr>
        <w:pStyle w:val="Heading2"/>
      </w:pPr>
      <w:r>
        <w:t>SKILLS</w:t>
      </w:r>
    </w:p>
    <w:p>
      <w:pPr>
        <w:pStyle w:val="ListBullet"/>
      </w:pPr>
      <w:r>
        <w:t>Technical Skills: Point of Sale (POS) Systems, Microsoft Office Suite, Inventory Management Software</w:t>
      </w:r>
    </w:p>
    <w:p>
      <w:pPr>
        <w:pStyle w:val="ListBullet"/>
      </w:pPr>
      <w:r>
        <w:t>Customer Service: Customer Relationship Management (CRM), Conflict Resolution, Sales</w:t>
      </w:r>
    </w:p>
    <w:p>
      <w:pPr>
        <w:pStyle w:val="ListBullet"/>
      </w:pPr>
      <w:r>
        <w:t>Communication: Written and Verbal Communication, Active Listening, Teamwork</w:t>
      </w:r>
    </w:p>
    <w:p>
      <w:pPr>
        <w:pStyle w:val="ListBullet"/>
      </w:pPr>
      <w:r>
        <w:t>Other: Cash Handling, Visual Merchandising, Time Management</w:t>
      </w:r>
    </w:p>
    <w:p>
      <w:pPr>
        <w:pStyle w:val="Heading2"/>
      </w:pPr>
      <w:r>
        <w:t>WORK EXPERIENCE</w:t>
      </w:r>
    </w:p>
    <w:p>
      <w:r>
        <w:rPr>
          <w:b/>
        </w:rPr>
        <w:t>[Job Title]</w:t>
      </w:r>
      <w:r>
        <w:t xml:space="preserve"> | [Company Name] | [City, State]</w:t>
      </w:r>
    </w:p>
    <w:p>
      <w:r>
        <w:rPr>
          <w:i/>
        </w:rPr>
        <w:t>[Start Date] – [End Date]</w:t>
      </w:r>
    </w:p>
    <w:p>
      <w:pPr>
        <w:pStyle w:val="ListBullet"/>
      </w:pPr>
      <w:r>
        <w:t>Increased store sales by 15% in Q4 2024 through proactive customer engagement and upselling techniques.</w:t>
      </w:r>
    </w:p>
    <w:p>
      <w:pPr>
        <w:pStyle w:val="ListBullet"/>
      </w:pPr>
      <w:r>
        <w:t>Managed a team of 5 junior staff, providing training and support to ensure high performance.</w:t>
      </w:r>
    </w:p>
    <w:p>
      <w:pPr>
        <w:pStyle w:val="ListBullet"/>
      </w:pPr>
      <w:r>
        <w:t>Reduced stock discrepancies by 25% by implementing a new inventory tracking system.</w:t>
      </w:r>
    </w:p>
    <w:p>
      <w:pPr>
        <w:pStyle w:val="Heading2"/>
      </w:pPr>
      <w:r>
        <w:t>EDUCATION</w:t>
      </w:r>
    </w:p>
    <w:p>
      <w:r>
        <w:rPr>
          <w:b/>
        </w:rPr>
        <w:t>[Name of Qualification]</w:t>
      </w:r>
      <w:r>
        <w:t xml:space="preserve"> | [Institution Name] | [City, State]</w:t>
      </w:r>
    </w:p>
    <w:p>
      <w:r>
        <w:t>[Year of Completion]</w:t>
      </w:r>
    </w:p>
    <w:p>
      <w:pPr>
        <w:pStyle w:val="Heading2"/>
      </w:pPr>
      <w:r>
        <w:t>AVAILABILITY</w:t>
      </w:r>
    </w:p>
    <w:p>
      <w:pPr>
        <w:pStyle w:val="ListBullet"/>
      </w:pPr>
      <w:r>
        <w:t>Monday: 9:00 AM - 5:00 PM</w:t>
      </w:r>
    </w:p>
    <w:p>
      <w:pPr>
        <w:pStyle w:val="ListBullet"/>
      </w:pPr>
      <w:r>
        <w:t>Tuesday: 9:00 AM - 5:00 PM</w:t>
      </w:r>
    </w:p>
    <w:p>
      <w:pPr>
        <w:pStyle w:val="ListBullet"/>
      </w:pPr>
      <w:r>
        <w:t>Wednesday: Not Available</w:t>
      </w:r>
    </w:p>
    <w:p>
      <w:pPr>
        <w:pStyle w:val="ListBullet"/>
      </w:pPr>
      <w:r>
        <w:t>Thursday: 12:00 PM - 9:00 PM</w:t>
      </w:r>
    </w:p>
    <w:p>
      <w:pPr>
        <w:pStyle w:val="ListBullet"/>
      </w:pPr>
      <w:r>
        <w:t>Friday: 12:00 PM - 9:00 PM</w:t>
      </w:r>
    </w:p>
    <w:p>
      <w:pPr>
        <w:pStyle w:val="ListBullet"/>
      </w:pPr>
      <w:r>
        <w:t>Saturday: 10:00 AM - 6:00 PM</w:t>
      </w:r>
    </w:p>
    <w:p>
      <w:pPr>
        <w:pStyle w:val="ListBullet"/>
      </w:pPr>
      <w:r>
        <w:t>Sunday: 10:00 AM - 6:00 PM</w:t>
      </w:r>
    </w:p>
    <w:p>
      <w:pPr>
        <w:pStyle w:val="Heading2"/>
      </w:pPr>
      <w:r>
        <w:t>REFERENCES</w:t>
      </w:r>
    </w:p>
    <w:p>
      <w:r>
        <w:t>Available upon request.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