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[Your Name]</w:t>
      </w:r>
    </w:p>
    <w:p>
      <w:pPr>
        <w:jc w:val="center"/>
      </w:pPr>
      <w:r>
        <w:t>[Your Address] | [Your Phone Number] | [Your Email Address]</w:t>
      </w:r>
    </w:p>
    <w:p/>
    <w:p>
      <w:pPr>
        <w:pStyle w:val="Heading2"/>
      </w:pPr>
      <w:r>
        <w:t>OBJECTIVE</w:t>
      </w:r>
    </w:p>
    <w:p>
      <w:r>
        <w:t>To obtain a challenging and rewarding position as a [Job Title] at [Company Name], where I can utilize my skills in [Skill 1], [Skill 2], and [Skill 3] to contribute to the company's success.</w:t>
      </w:r>
    </w:p>
    <w:p>
      <w:pPr>
        <w:pStyle w:val="Heading2"/>
      </w:pPr>
      <w:r>
        <w:t>WORK EXPERIENCE</w:t>
      </w:r>
    </w:p>
    <w:p>
      <w:r>
        <w:rPr>
          <w:b/>
        </w:rPr>
        <w:t>[Company Name]</w:t>
      </w:r>
      <w:r>
        <w:t>, [City, State]</w:t>
      </w:r>
    </w:p>
    <w:p>
      <w:r>
        <w:rPr>
          <w:i/>
        </w:rPr>
        <w:t>[Job Title]</w:t>
      </w:r>
      <w:r>
        <w:t xml:space="preserve"> | [Start Date] – [End Date]</w:t>
      </w:r>
    </w:p>
    <w:p>
      <w:pPr>
        <w:pStyle w:val="ListBullet"/>
      </w:pPr>
      <w:r>
        <w:t>Detailed description of your responsibilities and accomplishments in this role.</w:t>
      </w:r>
    </w:p>
    <w:p>
      <w:pPr>
        <w:pStyle w:val="ListBullet"/>
      </w:pPr>
      <w:r>
        <w:t>Use bullet points to highlight key achievements.</w:t>
      </w:r>
    </w:p>
    <w:p>
      <w:pPr>
        <w:pStyle w:val="ListBullet"/>
      </w:pPr>
      <w:r>
        <w:t>Quantify your successes whenever possible (e.g., managed a team of X, increased sales by Y%).</w:t>
      </w:r>
    </w:p>
    <w:p>
      <w:pPr>
        <w:pStyle w:val="Heading2"/>
      </w:pPr>
      <w:r>
        <w:t>EDUCATION</w:t>
      </w:r>
    </w:p>
    <w:p>
      <w:r>
        <w:rPr>
          <w:b/>
        </w:rPr>
        <w:t>[Institution Name]</w:t>
      </w:r>
      <w:r>
        <w:t>, [City, State]</w:t>
      </w:r>
    </w:p>
    <w:p>
      <w:r>
        <w:rPr>
          <w:i/>
        </w:rPr>
        <w:t>[Degree or Certificate]</w:t>
      </w:r>
      <w:r>
        <w:t xml:space="preserve"> | [Year of Graduation]</w:t>
      </w:r>
    </w:p>
    <w:p>
      <w:pPr>
        <w:pStyle w:val="ListBullet"/>
      </w:pPr>
      <w:r>
        <w:t>Relevant coursework, academic honors, or extracurricular activities.</w:t>
      </w:r>
    </w:p>
    <w:p>
      <w:pPr>
        <w:pStyle w:val="Heading2"/>
      </w:pPr>
      <w:r>
        <w:t>SKILLS</w:t>
      </w:r>
    </w:p>
    <w:p>
      <w:pPr>
        <w:pStyle w:val="ListBullet"/>
      </w:pPr>
      <w:r>
        <w:t>Languages: English (Native), Spanish (Conversational)</w:t>
      </w:r>
    </w:p>
    <w:p>
      <w:pPr>
        <w:pStyle w:val="ListBullet"/>
      </w:pPr>
      <w:r>
        <w:t>Software: Microsoft Office Suite, Adobe Creative Suite, Salesforce</w:t>
      </w:r>
    </w:p>
    <w:p>
      <w:pPr>
        <w:pStyle w:val="ListBullet"/>
      </w:pPr>
      <w:r>
        <w:t>Certifications: Responsible Service of Alcohol (RSA), First Aid Certificate</w:t>
      </w:r>
    </w:p>
    <w:p>
      <w:pPr>
        <w:pStyle w:val="Heading2"/>
      </w:pPr>
      <w:r>
        <w:t>REFERENCES</w:t>
      </w:r>
    </w:p>
    <w:p>
      <w:r>
        <w:t>Available upon request.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