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CC"/>
          <w:sz w:val="44"/>
        </w:rPr>
        <w:t>[Your Name]</w:t>
      </w:r>
    </w:p>
    <w:p>
      <w:pPr>
        <w:jc w:val="center"/>
      </w:pPr>
      <w:r>
        <w:t>[Your Phone Number] | [Your Email Address] | [Your City, State]</w:t>
      </w:r>
    </w:p>
    <w:p/>
    <w:p>
      <w:pPr>
        <w:pStyle w:val="Heading2"/>
      </w:pPr>
      <w:r>
        <w:t>CAREER OBJECTIVE</w:t>
      </w:r>
    </w:p>
    <w:p>
      <w:r>
        <w:t>A reliable and enthusiastic high school student seeking a part-time position at [Company Name] to develop customer service skills and contribute to a positive team environment. Eager to learn and grow within a dynamic retail setting.</w:t>
      </w:r>
    </w:p>
    <w:p>
      <w:pPr>
        <w:pStyle w:val="Heading2"/>
      </w:pPr>
      <w:r>
        <w:t>EDUCATION</w:t>
      </w:r>
    </w:p>
    <w:p>
      <w:r>
        <w:rPr>
          <w:b/>
        </w:rPr>
        <w:t>[High School Name]</w:t>
      </w:r>
      <w:r>
        <w:t>, [City, State]</w:t>
      </w:r>
    </w:p>
    <w:p>
      <w:r>
        <w:t>[High School Certificate] | Expected Graduation: [Year]</w:t>
      </w:r>
    </w:p>
    <w:p/>
    <w:p>
      <w:pPr>
        <w:pStyle w:val="ListBullet"/>
      </w:pPr>
      <w:r>
        <w:t>Relevant Subjects: Business Studies, Mathematics, English</w:t>
      </w:r>
    </w:p>
    <w:p>
      <w:pPr>
        <w:pStyle w:val="ListBullet"/>
      </w:pPr>
      <w:r>
        <w:t>Academic Achievements: High Distinction in Mathematics, Dux of Year 10</w:t>
      </w:r>
    </w:p>
    <w:p>
      <w:pPr>
        <w:pStyle w:val="Heading2"/>
      </w:pPr>
      <w:r>
        <w:t>SKILLS &amp; ATTRIBUTES</w:t>
      </w:r>
    </w:p>
    <w:p>
      <w:pPr>
        <w:pStyle w:val="ListBullet"/>
      </w:pPr>
      <w:r>
        <w:t>Teamwork: Collaborated effectively in group projects at school</w:t>
      </w:r>
    </w:p>
    <w:p>
      <w:pPr>
        <w:pStyle w:val="ListBullet"/>
      </w:pPr>
      <w:r>
        <w:t>Communication: Confident in communicating with peers and teachers</w:t>
      </w:r>
    </w:p>
    <w:p>
      <w:pPr>
        <w:pStyle w:val="ListBullet"/>
      </w:pPr>
      <w:r>
        <w:t>Time Management: Successfully balanced schoolwork, sports, and other commitments</w:t>
      </w:r>
    </w:p>
    <w:p>
      <w:pPr>
        <w:pStyle w:val="ListBullet"/>
      </w:pPr>
      <w:r>
        <w:t>Technical Skills: Proficient in Microsoft Word, Excel, and PowerPoint</w:t>
      </w:r>
    </w:p>
    <w:p>
      <w:pPr>
        <w:pStyle w:val="ListBullet"/>
      </w:pPr>
      <w:r>
        <w:t>Personal Attributes: Punctual, reliable, quick learner, positive attitude</w:t>
      </w:r>
    </w:p>
    <w:p>
      <w:pPr>
        <w:pStyle w:val="Heading2"/>
      </w:pPr>
      <w:r>
        <w:t>EXTRACURRICULAR ACTIVITIES / VOLUNTEER WORK</w:t>
      </w:r>
    </w:p>
    <w:p>
      <w:r>
        <w:rPr>
          <w:b/>
        </w:rPr>
        <w:t>[Name of Club or Organization]</w:t>
      </w:r>
      <w:r>
        <w:t xml:space="preserve"> | [Your Role]</w:t>
      </w:r>
    </w:p>
    <w:p>
      <w:r>
        <w:t>[Start Date] – [End Date]</w:t>
      </w:r>
    </w:p>
    <w:p>
      <w:pPr>
        <w:pStyle w:val="ListBullet"/>
      </w:pPr>
      <w:r>
        <w:t>As a member of the school debating team, I developed strong public speaking and critical thinking skills.</w:t>
      </w:r>
    </w:p>
    <w:p>
      <w:pPr>
        <w:pStyle w:val="Heading2"/>
      </w:pPr>
      <w:r>
        <w:t>AVAILABILITY</w:t>
      </w:r>
    </w:p>
    <w:p>
      <w:pPr>
        <w:pStyle w:val="ListBullet"/>
      </w:pPr>
      <w:r>
        <w:t>Weekdays: 4:00 PM - 8:00 PM</w:t>
      </w:r>
    </w:p>
    <w:p>
      <w:pPr>
        <w:pStyle w:val="ListBullet"/>
      </w:pPr>
      <w:r>
        <w:t>Weekends: 9:00 AM - 6:00 PM</w:t>
      </w:r>
    </w:p>
    <w:p>
      <w:pPr>
        <w:pStyle w:val="ListBullet"/>
      </w:pPr>
      <w:r>
        <w:t>School Holidays: Fully available</w:t>
      </w:r>
    </w:p>
    <w:p>
      <w:pPr>
        <w:pStyle w:val="Heading2"/>
      </w:pPr>
      <w:r>
        <w:t>REFERENCES</w:t>
      </w:r>
    </w:p>
    <w:p/>
    <w:p>
      <w:r>
        <w:rPr>
          <w:b/>
        </w:rPr>
        <w:t>[Name of Referee]</w:t>
      </w:r>
    </w:p>
    <w:p>
      <w:r>
        <w:t>[Their Title/Relationship to you, e.g., Year 10 Coordinator, Sports Coach]</w:t>
      </w:r>
    </w:p>
    <w:p>
      <w:r>
        <w:t>[Their Phone Number]</w:t>
      </w:r>
    </w:p>
    <w:p>
      <w:r>
        <w:t>[Their Email Address]</w:t>
      </w:r>
    </w:p>
    <w:p/>
    <w:p>
      <w:pPr>
        <w:pStyle w:val="IntenseQuote"/>
      </w:pPr>
      <w:r>
        <w:t>(Always ask for permission before listing someone as a referee.)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