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[Your Name]</w:t>
      </w:r>
    </w:p>
    <w:p>
      <w:r>
        <w:t>[Your Address]</w:t>
      </w:r>
    </w:p>
    <w:p>
      <w:r>
        <w:t>[Your Phone Number]</w:t>
      </w:r>
    </w:p>
    <w:p>
      <w:r>
        <w:t>[Your Email Address]</w:t>
      </w:r>
    </w:p>
    <w:p/>
    <w:p>
      <w:r>
        <w:t>[Date]</w:t>
      </w:r>
    </w:p>
    <w:p/>
    <w:p>
      <w:r>
        <w:t>[Hiring Manager Name]</w:t>
      </w:r>
    </w:p>
    <w:p>
      <w:r>
        <w:t>[Hiring Manager Title]</w:t>
      </w:r>
    </w:p>
    <w:p>
      <w:r>
        <w:t>[Company Name]</w:t>
      </w:r>
    </w:p>
    <w:p>
      <w:r>
        <w:t>[Company Address]</w:t>
      </w:r>
    </w:p>
    <w:p/>
    <w:p>
      <w:r>
        <w:rPr>
          <w:b/>
        </w:rPr>
        <w:t>Dear [Mr./Ms./Mx. Last Name],</w:t>
      </w:r>
    </w:p>
    <w:p/>
    <w:p>
      <w:r>
        <w:rPr>
          <w:b/>
        </w:rPr>
        <w:t>Re: Application for the position of [Job Title]</w:t>
      </w:r>
    </w:p>
    <w:p/>
    <w:p>
      <w:r>
        <w:t>I am writing to express my keen interest in the [Job Title] position at [Company Name], which I saw advertised on [Platform where you saw the ad]. With my [Number] years of experience in [Your Industry/Field] and my proven skills in [Skill 1], [Skill 2], and [Skill 3], I am confident that I possess the qualifications and enthusiasm you are looking for.</w:t>
      </w:r>
    </w:p>
    <w:p/>
    <w:p>
      <w:r>
        <w:t>In my previous role at [Previous Company], I was responsible for [Briefly describe your key responsibilities]. I am particularly proud of my achievement in [Mention a specific, quantifiable achievement]. This experience has equipped me with a strong understanding of [Key aspect of the job] and has honed my ability to [Another key skill].</w:t>
      </w:r>
    </w:p>
    <w:p/>
    <w:p>
      <w:r>
        <w:t>I have long admired [Company Name]'s commitment to [Mention something specific about the company]. I am particularly drawn to your work in [Mention a specific project or value of the company] and I am eager to contribute my skills to a team that values [Company Value].</w:t>
      </w:r>
    </w:p>
    <w:p/>
    <w:p>
      <w:r>
        <w:t>My resume, which is attached for your review, provides further detail on my qualifications and experience. I am confident that I can make a significant contribution to your team and I am excited about the prospect of discussing my application with you further.</w:t>
      </w:r>
    </w:p>
    <w:p/>
    <w:p>
      <w:r>
        <w:t>Thank you for your time and consideration. I look forward to hearing from you soon.</w:t>
      </w:r>
    </w:p>
    <w:p/>
    <w:p>
      <w:r>
        <w:t>Sincerely,</w:t>
      </w:r>
    </w:p>
    <w:p/>
    <w:p/>
    <w:p>
      <w:r>
        <w:t>[Your Name]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