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[Your Name]</w:t>
      </w:r>
    </w:p>
    <w:p>
      <w:r>
        <w:t>[Your Address]</w:t>
      </w:r>
    </w:p>
    <w:p>
      <w:r>
        <w:t>[Your Phone Number]</w:t>
      </w:r>
    </w:p>
    <w:p>
      <w:r>
        <w:t>[Your Email Address]</w:t>
      </w:r>
    </w:p>
    <w:p/>
    <w:p>
      <w:r>
        <w:t>[Date]</w:t>
      </w:r>
    </w:p>
    <w:p/>
    <w:p>
      <w:r>
        <w:t>The Hiring Manager</w:t>
      </w:r>
    </w:p>
    <w:p>
      <w:r>
        <w:t>[Company Name]</w:t>
      </w:r>
    </w:p>
    <w:p>
      <w:r>
        <w:t>[Company Address]</w:t>
      </w:r>
    </w:p>
    <w:p/>
    <w:p>
      <w:r>
        <w:rPr>
          <w:b/>
        </w:rPr>
        <w:t>Dear Hiring Manager,</w:t>
      </w:r>
    </w:p>
    <w:p/>
    <w:p>
      <w:r>
        <w:rPr>
          <w:b/>
        </w:rPr>
        <w:t>Re: Application for the Casual Team Member position</w:t>
      </w:r>
    </w:p>
    <w:p/>
    <w:p>
      <w:r>
        <w:t>I am writing to apply for the Casual Team Member position at [Company Name], which I saw advertised on [Platform]. As a highly motivated and reliable Year [Your Year Level] student, I am eager to take my first step into the workforce and I believe my positive attitude and willingness to learn make me an excellent candidate for your team.</w:t>
      </w:r>
    </w:p>
    <w:p/>
    <w:p>
      <w:r>
        <w:t>Although I do not have formal work experience, I have developed a strong work ethic and valuable transferable skills through my school and extracurricular activities. As a member of the school soccer team, I have learned the importance of teamwork, communication, and dedication. I am a quick learner, and I am confident in my ability to quickly master the responsibilities of this role, including operating the cash register and providing excellent customer service.</w:t>
      </w:r>
    </w:p>
    <w:p/>
    <w:p>
      <w:r>
        <w:t>I have always been a fan of [Company Name] and I admire your commitment to providing great value to customers. I am a regular customer at your [Local Store Location] store, and I have always been impressed by the friendly and helpful staff. I would be thrilled to have the opportunity to contribute to that positive customer experience.</w:t>
      </w:r>
    </w:p>
    <w:p/>
    <w:p>
      <w:r>
        <w:t>I am a responsible and punctual individual, and I am available to work after school on weekdays and all day on weekends. My resume is attached for your consideration.</w:t>
      </w:r>
    </w:p>
    <w:p/>
    <w:p>
      <w:r>
        <w:t>Thank you for considering my application. I am very excited about the possibility of joining your team and I look forward to hearing from you.</w:t>
      </w:r>
    </w:p>
    <w:p/>
    <w:p>
      <w:r>
        <w:t>Sincerely,</w:t>
      </w:r>
    </w:p>
    <w:p/>
    <w:p/>
    <w:p>
      <w:r>
        <w:t>[Your Name]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