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8"/>
        </w:rPr>
        <w:t>[Your Name]</w:t>
      </w:r>
    </w:p>
    <w:p>
      <w:pPr>
        <w:jc w:val="center"/>
      </w:pPr>
      <w:r>
        <w:t>[Your Phone Number] | [Your Email Address] | [Your City, State]</w:t>
      </w:r>
    </w:p>
    <w:p/>
    <w:p>
      <w:pPr>
        <w:pStyle w:val="Heading2"/>
      </w:pPr>
      <w:r>
        <w:t>PROFESSIONAL PROFILE</w:t>
      </w:r>
    </w:p>
    <w:p>
      <w:r>
        <w:t>A highly adaptable and results-oriented professional with over 10 years of experience in customer-facing roles. Seeking to transition my expertise in client relationship management, problem-solving, and team leadership into the retail management sector.</w:t>
      </w:r>
    </w:p>
    <w:p>
      <w:pPr>
        <w:pStyle w:val="Heading2"/>
      </w:pPr>
      <w:r>
        <w:t>AREAS OF EXPERTISE</w:t>
      </w:r>
    </w:p>
    <w:p/>
    <w:p>
      <w:r>
        <w:rPr>
          <w:b/>
        </w:rPr>
        <w:t>Customer Relationship Management</w:t>
      </w:r>
    </w:p>
    <w:p>
      <w:pPr>
        <w:pStyle w:val="ListBullet"/>
      </w:pPr>
      <w:r>
        <w:t>Successfully managed a portfolio of over 100 clients, achieving a 95% client retention rate over a 5-year period.</w:t>
      </w:r>
    </w:p>
    <w:p>
      <w:pPr>
        <w:pStyle w:val="ListBullet"/>
      </w:pPr>
      <w:r>
        <w:t>Resolved complex customer complaints, resulting in a 30% increase in customer satisfaction scores.</w:t>
      </w:r>
    </w:p>
    <w:p>
      <w:pPr>
        <w:pStyle w:val="ListBullet"/>
      </w:pPr>
      <w:r>
        <w:t>Trained and mentored junior staff in effective communication and conflict resolution techniques.</w:t>
      </w:r>
    </w:p>
    <w:p/>
    <w:p>
      <w:r>
        <w:rPr>
          <w:b/>
        </w:rPr>
        <w:t>Project Management &amp; Operations</w:t>
      </w:r>
    </w:p>
    <w:p>
      <w:pPr>
        <w:pStyle w:val="ListBullet"/>
      </w:pPr>
      <w:r>
        <w:t>Led a project to implement a new CRM system, which was completed on time and 10% under budget.</w:t>
      </w:r>
    </w:p>
    <w:p>
      <w:pPr>
        <w:pStyle w:val="ListBullet"/>
      </w:pPr>
      <w:r>
        <w:t>Streamlined internal processes, resulting in a 20% increase in team efficiency.</w:t>
      </w:r>
    </w:p>
    <w:p>
      <w:pPr>
        <w:pStyle w:val="Heading2"/>
      </w:pPr>
      <w:r>
        <w:t>WORK HISTORY</w:t>
      </w:r>
    </w:p>
    <w:p>
      <w:r>
        <w:t>[Most Recent Job Title] | [Company Name] | [City, State] | [Dates of Employment]</w:t>
      </w:r>
    </w:p>
    <w:p>
      <w:r>
        <w:t>[Previous Job Title] | [Company Name] | [City, State] | [Dates of Employment]</w:t>
      </w:r>
    </w:p>
    <w:p>
      <w:r>
        <w:t>[Earlier Job Title] | [Company Name] | [City, State] | [Dates of Employment]</w:t>
      </w:r>
    </w:p>
    <w:p>
      <w:pPr>
        <w:pStyle w:val="Heading2"/>
      </w:pPr>
      <w:r>
        <w:t>EDUCATION</w:t>
      </w:r>
    </w:p>
    <w:p>
      <w:r>
        <w:rPr>
          <w:b/>
        </w:rPr>
        <w:t>[Name of Qualification]</w:t>
      </w:r>
      <w:r>
        <w:t xml:space="preserve"> | [Institution Name] | [City, State]</w:t>
      </w:r>
    </w:p>
    <w:p>
      <w:r>
        <w:t>[Year of Completion]</w:t>
      </w:r>
    </w:p>
    <w:p>
      <w:pPr>
        <w:pStyle w:val="Heading2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