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333399"/>
          <w:sz w:val="52"/>
        </w:rPr>
        <w:t>[YOUR NAME]</w:t>
      </w:r>
    </w:p>
    <w:p>
      <w:pPr>
        <w:jc w:val="center"/>
      </w:pPr>
      <w:r>
        <w:rPr>
          <w:i/>
        </w:rPr>
        <w:t>Graphic Designer &amp; Visual Storyteller</w:t>
      </w:r>
    </w:p>
    <w:p/>
    <w:p>
      <w:pPr>
        <w:pStyle w:val="Heading2"/>
      </w:pPr>
      <w:r>
        <w:t>CONTACT</w:t>
      </w:r>
    </w:p>
    <w:p>
      <w:r>
        <w:t>[Phone Number] | [Email Address]</w:t>
      </w:r>
    </w:p>
    <w:p>
      <w:r>
        <w:t>[Portfolio Website URL] | [LinkedIn Profile URL]</w:t>
      </w:r>
    </w:p>
    <w:p/>
    <w:p>
      <w:pPr>
        <w:pStyle w:val="Heading2"/>
      </w:pPr>
      <w:r>
        <w:t>PROFILE</w:t>
      </w:r>
    </w:p>
    <w:p>
      <w:r>
        <w:t>A passionate and innovative graphic designer with a strong portfolio of projects in branding, digital marketing, and print design. Expert in the Adobe Creative Suite with a keen eye for detail and a commitment to delivering compelling visual solutions that meet client objectives.</w:t>
      </w:r>
    </w:p>
    <w:p>
      <w:pPr>
        <w:pStyle w:val="Heading2"/>
      </w:pPr>
      <w:r>
        <w:t>SKILLS</w:t>
      </w:r>
    </w:p>
    <w:p>
      <w:pPr>
        <w:pStyle w:val="ListBullet"/>
      </w:pPr>
      <w:r>
        <w:t>Design Software: Adobe Photoshop, Illustrator, InDesign, Figma, Sketch</w:t>
      </w:r>
    </w:p>
    <w:p>
      <w:pPr>
        <w:pStyle w:val="ListBullet"/>
      </w:pPr>
      <w:r>
        <w:t>Design Skills: Branding &amp; Identity, UI/UX Design, Typography, Print &amp; Layout Design</w:t>
      </w:r>
    </w:p>
    <w:p>
      <w:pPr>
        <w:pStyle w:val="ListBullet"/>
      </w:pPr>
      <w:r>
        <w:t>Professional Skills: Client Communication, Project Management, Creative Problem-Solving</w:t>
      </w:r>
    </w:p>
    <w:p>
      <w:pPr>
        <w:pStyle w:val="Heading2"/>
      </w:pPr>
      <w:r>
        <w:t>EXPERIENCE</w:t>
      </w:r>
    </w:p>
    <w:p>
      <w:r>
        <w:rPr>
          <w:b/>
        </w:rPr>
        <w:t>Senior Graphic Designer</w:t>
      </w:r>
      <w:r>
        <w:t xml:space="preserve"> | [Company Name] | [Dates]</w:t>
      </w:r>
    </w:p>
    <w:p>
      <w:pPr>
        <w:pStyle w:val="ListBullet"/>
      </w:pPr>
      <w:r>
        <w:t>Led the creative direction for three major national marketing campaigns, resulting in a 40% increase in brand engagement.</w:t>
      </w:r>
    </w:p>
    <w:p>
      <w:pPr>
        <w:pStyle w:val="ListBullet"/>
      </w:pPr>
      <w:r>
        <w:t>Mentored a team of two junior designers, providing guidance and feedback to elevate the quality of their work.</w:t>
      </w:r>
    </w:p>
    <w:p>
      <w:pPr>
        <w:pStyle w:val="Heading2"/>
      </w:pPr>
      <w:r>
        <w:t>PROJECTS</w:t>
      </w:r>
    </w:p>
    <w:p>
      <w:r>
        <w:rPr>
          <w:b/>
        </w:rPr>
        <w:t>[Project Name 1]</w:t>
      </w:r>
      <w:r>
        <w:t xml:space="preserve"> | Link to Project in Portfolio</w:t>
      </w:r>
    </w:p>
    <w:p>
      <w:r>
        <w:t>A brief description of the project, your role, and the outcome.</w:t>
      </w:r>
    </w:p>
    <w:p>
      <w:pPr>
        <w:pStyle w:val="Heading2"/>
      </w:pPr>
      <w:r>
        <w:t>EDUCATION</w:t>
      </w:r>
    </w:p>
    <w:p/>
    <w:p>
      <w:r>
        <w:rPr>
          <w:b/>
        </w:rPr>
        <w:t>Bachelor of Design (Visual Communication)</w:t>
      </w:r>
    </w:p>
    <w:p>
      <w:r>
        <w:t>[University Name] | [Year of Graduation]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