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[Your Name]</w:t>
      </w:r>
    </w:p>
    <w:p>
      <w:pPr>
        <w:jc w:val="center"/>
      </w:pPr>
      <w:r>
        <w:t>[Your Phone Number] | [Your Email Address] | [Your City, State]</w:t>
      </w:r>
    </w:p>
    <w:p/>
    <w:p>
      <w:pPr>
        <w:pStyle w:val="Heading2"/>
      </w:pPr>
      <w:r>
        <w:t>SUMMARY OF QUALIFICATIONS</w:t>
      </w:r>
    </w:p>
    <w:p>
      <w:r>
        <w:t>A qualified and experienced [Your Trade, e.g., Electrician, Plumber, Welder] with a proven track record of success in residential and commercial installations. Fully licensed and certified, with a strong commitment to safety and quality workmanship. Seeking to bring my technical skills and problem-solving abilities to a challenging new role.</w:t>
      </w:r>
    </w:p>
    <w:p>
      <w:pPr>
        <w:pStyle w:val="Heading2"/>
      </w:pPr>
      <w:r>
        <w:t>LICENSES &amp; CERTIFICATIONS</w:t>
      </w:r>
    </w:p>
    <w:p>
      <w:pPr>
        <w:pStyle w:val="ListBullet"/>
      </w:pPr>
      <w:r>
        <w:t>Unrestricted Electrician's Licence | Fair Trading NSW | License No: [Your License Number]</w:t>
      </w:r>
    </w:p>
    <w:p>
      <w:pPr>
        <w:pStyle w:val="ListBullet"/>
      </w:pPr>
      <w:r>
        <w:t>Certificate III in Electrotechnology Electrician | [Issuing Body]</w:t>
      </w:r>
    </w:p>
    <w:p>
      <w:pPr>
        <w:pStyle w:val="ListBullet"/>
      </w:pPr>
      <w:r>
        <w:t>White Card (Construction Induction) | [Issuing Body]</w:t>
      </w:r>
    </w:p>
    <w:p>
      <w:pPr>
        <w:pStyle w:val="ListBullet"/>
      </w:pPr>
      <w:r>
        <w:t>Working at Heights Ticket | [Issuing Body]</w:t>
      </w:r>
    </w:p>
    <w:p>
      <w:pPr>
        <w:pStyle w:val="Heading2"/>
      </w:pPr>
      <w:r>
        <w:t>TECHNICAL SKILLS</w:t>
      </w:r>
    </w:p>
    <w:p>
      <w:pPr>
        <w:pStyle w:val="ListBullet"/>
      </w:pPr>
      <w:r>
        <w:t>Fault-finding and diagnostics</w:t>
      </w:r>
    </w:p>
    <w:p>
      <w:pPr>
        <w:pStyle w:val="ListBullet"/>
      </w:pPr>
      <w:r>
        <w:t>Installation and maintenance of electrical systems</w:t>
      </w:r>
    </w:p>
    <w:p>
      <w:pPr>
        <w:pStyle w:val="ListBullet"/>
      </w:pPr>
      <w:r>
        <w:t>Reading and interpreting blueprints and technical drawings</w:t>
      </w:r>
    </w:p>
    <w:p>
      <w:pPr>
        <w:pStyle w:val="ListBullet"/>
      </w:pPr>
      <w:r>
        <w:t>Proficient in the use of multimeters, thermal imaging cameras, and other diagnostic tools</w:t>
      </w:r>
    </w:p>
    <w:p>
      <w:pPr>
        <w:pStyle w:val="ListBullet"/>
      </w:pPr>
      <w:r>
        <w:t>Comprehensive knowledge of WHS regulations and safety procedures</w:t>
      </w:r>
    </w:p>
    <w:p>
      <w:pPr>
        <w:pStyle w:val="Heading2"/>
      </w:pPr>
      <w:r>
        <w:t>PROFESSIONAL EXPERIENCE</w:t>
      </w:r>
    </w:p>
    <w:p>
      <w:r>
        <w:rPr>
          <w:b/>
        </w:rPr>
        <w:t>[Job Title]</w:t>
      </w:r>
      <w:r>
        <w:t xml:space="preserve"> | [Company Name] | [City, State]</w:t>
      </w:r>
    </w:p>
    <w:p>
      <w:r>
        <w:t>[Start Date] – [End Date]</w:t>
      </w:r>
    </w:p>
    <w:p>
      <w:pPr>
        <w:pStyle w:val="ListBullet"/>
      </w:pPr>
      <w:r>
        <w:t>Successfully completed the full electrical fit-out for a new 20-story commercial building, including all lighting, power, and data systems.</w:t>
      </w:r>
    </w:p>
    <w:p>
      <w:pPr>
        <w:pStyle w:val="ListBullet"/>
      </w:pPr>
      <w:r>
        <w:t>Managed a team of 3 apprentices, providing on-the-job training and supervision.</w:t>
      </w:r>
    </w:p>
    <w:p>
      <w:pPr>
        <w:pStyle w:val="ListBullet"/>
      </w:pPr>
      <w:r>
        <w:t>Maintained a 100% safety record on all projects through strict adherence to safety protocols.</w:t>
      </w:r>
    </w:p>
    <w:p>
      <w:pPr>
        <w:pStyle w:val="Heading2"/>
      </w:pPr>
      <w:r>
        <w:t>EDUCATION</w:t>
      </w:r>
    </w:p>
    <w:p>
      <w:r>
        <w:rPr>
          <w:b/>
        </w:rPr>
        <w:t>[Name of Apprenticeship/Qualification]</w:t>
      </w:r>
      <w:r>
        <w:t xml:space="preserve"> | [TAFE or RTO Name]</w:t>
      </w:r>
    </w:p>
    <w:p>
      <w:r>
        <w:t>[Year of Completion]</w:t>
      </w:r>
    </w:p>
    <w:p>
      <w:pPr>
        <w:pStyle w:val="Heading2"/>
      </w:pPr>
      <w:r>
        <w:t>REFERENCES</w:t>
      </w:r>
    </w:p>
    <w:p>
      <w:r>
        <w:t>Available upon request.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