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[Your Name]</w:t>
      </w:r>
    </w:p>
    <w:p>
      <w:r>
        <w:t>[Your Address]</w:t>
      </w:r>
    </w:p>
    <w:p>
      <w:r>
        <w:t>[Your Phone Number]</w:t>
      </w:r>
    </w:p>
    <w:p>
      <w:r>
        <w:t>[Your Email Address]</w:t>
      </w:r>
    </w:p>
    <w:p/>
    <w:p>
      <w:r>
        <w:t>[Date]</w:t>
      </w:r>
    </w:p>
    <w:p/>
    <w:p>
      <w:r>
        <w:t>[Hiring Manager Name]</w:t>
      </w:r>
    </w:p>
    <w:p>
      <w:r>
        <w:t>[Hiring Manager Title]</w:t>
      </w:r>
    </w:p>
    <w:p>
      <w:r>
        <w:t>[Company Name]</w:t>
      </w:r>
    </w:p>
    <w:p>
      <w:r>
        <w:t>[Company Address]</w:t>
      </w:r>
    </w:p>
    <w:p/>
    <w:p>
      <w:r>
        <w:rPr>
          <w:b/>
        </w:rPr>
        <w:t>Dear [Mr./Ms./Mx. Last Name],</w:t>
      </w:r>
    </w:p>
    <w:p/>
    <w:p>
      <w:r>
        <w:rPr>
          <w:b/>
        </w:rPr>
        <w:t>Re: Application for the position of [New Job Title]</w:t>
      </w:r>
    </w:p>
    <w:p/>
    <w:p>
      <w:r>
        <w:t>I am writing to express my enthusiastic interest in the [New Job Title] position at [Company Name], which I discovered on [Platform]. After a successful [Number]-year career in the [Your Old Industry] industry, I am excited to transition my skills and experience into the dynamic field of [Your New Industry]. My proven abilities in [Transferable Skill 1], [Transferable Skill 2], and [Transferable Skill 3] are highly relevant to this role and I am confident I can bring a unique and valuable perspective to your team.</w:t>
      </w:r>
    </w:p>
    <w:p/>
    <w:p>
      <w:r>
        <w:t>In my previous role as a [Your Old Job Title] at [Your Old Company], I honed my ability to [mention a key transferable skill and provide an example]. For instance, I [describe a specific achievement that demonstrates this skill]. This experience, while in a different industry, has given me a solid foundation in [mention a key requirement of the new job] and I am a fast learner, eager to apply my skills in a new context.</w:t>
      </w:r>
    </w:p>
    <w:p/>
    <w:p>
      <w:r>
        <w:t>My decision to pursue a career in [Your New Industry] is driven by my passion for [mention what interests you about the new industry]. I have been actively developing my knowledge in this area by completing a TAFE course in [relevant course]. I am particularly impressed by [Company Name]'s work in [mention a specific project or area of the company] and I am keen to contribute to a company that is a leader in this field.</w:t>
      </w:r>
    </w:p>
    <w:p/>
    <w:p>
      <w:r>
        <w:t>I am excited about the opportunity to bring my diverse experience and fresh perspective to your team. My resume provides further detail on my background and skills.</w:t>
      </w:r>
    </w:p>
    <w:p/>
    <w:p>
      <w:r>
        <w:t>Thank you for your time and consideration. I look forward to discussing how my unique background can benefit [Company Name].</w:t>
      </w:r>
    </w:p>
    <w:p/>
    <w:p>
      <w:r>
        <w:t>Sincerely,</w:t>
      </w:r>
    </w:p>
    <w:p/>
    <w:p/>
    <w:p>
      <w:r>
        <w:t>[Your Name]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