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[YOUR NAME]</w:t>
      </w:r>
    </w:p>
    <w:p>
      <w:pPr>
        <w:jc w:val="center"/>
      </w:pPr>
      <w:r>
        <w:t>[Phone Number] | [Email Address] | [City, State]</w:t>
      </w:r>
    </w:p>
    <w:p/>
    <w:p>
      <w:pPr>
        <w:pStyle w:val="Heading2"/>
      </w:pPr>
      <w:r>
        <w:t>SUMMARY</w:t>
      </w:r>
    </w:p>
    <w:p>
      <w:r>
        <w:t>[A brief, 2-3 sentence summary of your key skills and experience.]</w:t>
      </w:r>
    </w:p>
    <w:p>
      <w:pPr>
        <w:pStyle w:val="Heading2"/>
      </w:pPr>
      <w:r>
        <w:t>EXPERIENCE</w:t>
      </w:r>
    </w:p>
    <w:p>
      <w:r>
        <w:rPr>
          <w:b/>
        </w:rPr>
        <w:t>[Job Title]</w:t>
      </w:r>
      <w:r>
        <w:t xml:space="preserve"> | [Company Name] | [Dates]</w:t>
      </w:r>
    </w:p>
    <w:p>
      <w:pPr>
        <w:pStyle w:val="ListBullet"/>
      </w:pPr>
      <w:r>
        <w:t>[Achievement or responsibility]</w:t>
      </w:r>
    </w:p>
    <w:p>
      <w:pPr>
        <w:pStyle w:val="ListBullet"/>
      </w:pPr>
      <w:r>
        <w:t>[Achievement or responsibility]</w:t>
      </w:r>
    </w:p>
    <w:p>
      <w:pPr>
        <w:pStyle w:val="ListBullet"/>
      </w:pPr>
      <w:r>
        <w:t>[Achievement or responsibility]</w:t>
      </w:r>
    </w:p>
    <w:p/>
    <w:p>
      <w:r>
        <w:rPr>
          <w:b/>
        </w:rPr>
        <w:t>[Previous Job Title]</w:t>
      </w:r>
      <w:r>
        <w:t xml:space="preserve"> | [Previous Company] | [Dates]</w:t>
      </w:r>
    </w:p>
    <w:p>
      <w:pPr>
        <w:pStyle w:val="ListBullet"/>
      </w:pPr>
      <w:r>
        <w:t>[Achievement or responsibility]</w:t>
      </w:r>
    </w:p>
    <w:p>
      <w:pPr>
        <w:pStyle w:val="ListBullet"/>
      </w:pPr>
      <w:r>
        <w:t>[Achievement or responsibility]</w:t>
      </w:r>
    </w:p>
    <w:p>
      <w:pPr>
        <w:pStyle w:val="Heading2"/>
      </w:pPr>
      <w:r>
        <w:t>EDUCATION</w:t>
      </w:r>
    </w:p>
    <w:p>
      <w:r>
        <w:rPr>
          <w:b/>
        </w:rPr>
        <w:t>[Degree/Certificate]</w:t>
      </w:r>
      <w:r>
        <w:t xml:space="preserve"> | [Institution] | [Year]</w:t>
      </w:r>
    </w:p>
    <w:p>
      <w:pPr>
        <w:pStyle w:val="Heading2"/>
      </w:pPr>
      <w:r>
        <w:t>SKILLS</w:t>
      </w:r>
    </w:p>
    <w:p>
      <w:r>
        <w:t>[Skill 1] | [Skill 2] | [Skill 3] | [Skill 4] | [Skill 5] | [Skill 6]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